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1906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  <w:tblLayout w:type="fixed"/>
        <w:tblInd w:w="0" w:type="dxa"/>
      </w:tblPr>
      <w:tblGrid>
        <w:gridCol w:w="9026"/>
      </w:tblGrid>
      <w:tr>
        <w:trPr>
          <w:trHeight w:val="2220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0" w:right="0"/>
              <w:jc w:val="left"/>
            </w:pPr>
            <w:r>
              <w:pict>
                <v:shape id="RecommendationPageTile1" type="#_x0000_t75" o:allowincell="f" style="position:absolute;margin-left:0.000pt;margin-top:0.000pt;                width:595.276pt;height:111.000pt;                z-index:-251654144;                mso-position-horizontal-relative:page;                mso-position-vertical-relative:page;                mso-wrap-style:none" filled="f" stroked="f">
                  <v:imagedata r:id="rId9" o:title="推薦書"/>
                  <w10:wrap type="none"/>
                </v:shape>
              </w:pict>
            </w:r>
            <w:r>
              <w:pict>
                <v:shape id="RecommendationPageTile2" type="#_x0000_t75" o:allowincell="f" style="position:absolute;margin-left:0.000pt;margin-top:111.000pt;                width:425.000pt;height:21.000pt;                z-index:-251654144;                mso-position-horizontal-relative:page;                mso-position-vertical-relative:page;                mso-wrap-style:none" filled="f" stroked="f">
                  <v:imagedata r:id="rId10" o:title="推薦書"/>
                  <w10:wrap type="none"/>
                </v:shape>
              </w:pict>
            </w:r>
            <w:r>
              <w:pict>
                <v:shape id="RecommendationPageTile3" type="#_x0000_t75" o:allowincell="f" style="position:absolute;margin-left:559.000pt;margin-top:111.000pt;                width:36.276pt;height:21.000pt;                z-index:-251654144;                mso-position-horizontal-relative:page;                mso-position-vertical-relative:page;                mso-wrap-style:none" filled="f" stroked="f">
                  <v:imagedata r:id="rId11" o:title="推薦書"/>
                  <w10:wrap type="none"/>
                </v:shape>
              </w:pict>
            </w:r>
            <w:r>
              <w:pict>
                <v:shape id="RecommendationPageTile4" type="#_x0000_t75" o:allowincell="f" style="position:absolute;margin-left:0.000pt;margin-top:132.000pt;                width:595.276pt;height:49.500pt;                z-index:-251654144;                mso-position-horizontal-relative:page;                mso-position-vertical-relative:page;                mso-wrap-style:none" filled="f" stroked="f">
                  <v:imagedata r:id="rId12" o:title="推薦書"/>
                  <w10:wrap type="none"/>
                </v:shape>
              </w:pict>
            </w:r>
            <w:r>
              <w:pict>
                <v:shape id="RecommendationPageTile5" type="#_x0000_t75" o:allowincell="f" style="position:absolute;margin-left:0.000pt;margin-top:181.500pt;                width:322.000pt;height:23.000pt;                z-index:-251654144;                mso-position-horizontal-relative:page;                mso-position-vertical-relative:page;                mso-wrap-style:none" filled="f" stroked="f">
                  <v:imagedata r:id="rId13" o:title="推薦書"/>
                  <w10:wrap type="none"/>
                </v:shape>
              </w:pict>
            </w:r>
            <w:r>
              <w:pict>
                <v:shape id="RecommendationPageTile6" type="#_x0000_t75" o:allowincell="f" style="position:absolute;margin-left:477.000pt;margin-top:181.500pt;                width:118.276pt;height:23.000pt;                z-index:-251654144;                mso-position-horizontal-relative:page;                mso-position-vertical-relative:page;                mso-wrap-style:none" filled="f" stroked="f">
                  <v:imagedata r:id="rId14" o:title="推薦書"/>
                  <w10:wrap type="none"/>
                </v:shape>
              </w:pict>
            </w:r>
            <w:r>
              <w:pict>
                <v:shape id="RecommendationPageTile7" type="#_x0000_t75" o:allowincell="f" style="position:absolute;margin-left:0.000pt;margin-top:204.500pt;                width:595.276pt;height:13.000pt;                z-index:-251654144;                mso-position-horizontal-relative:page;                mso-position-vertical-relative:page;                mso-wrap-style:none" filled="f" stroked="f">
                  <v:imagedata r:id="rId15" o:title="推薦書"/>
                  <w10:wrap type="none"/>
                </v:shape>
              </w:pict>
            </w:r>
            <w:r>
              <w:pict>
                <v:shape id="RecommendationPageTile8" type="#_x0000_t75" o:allowincell="f" style="position:absolute;margin-left:0.000pt;margin-top:217.500pt;                width:333.000pt;height:23.000pt;                z-index:-251654144;                mso-position-horizontal-relative:page;                mso-position-vertical-relative:page;                mso-wrap-style:none" filled="f" stroked="f">
                  <v:imagedata r:id="rId16" o:title="推薦書"/>
                  <w10:wrap type="none"/>
                </v:shape>
              </w:pict>
            </w:r>
            <w:r>
              <w:pict>
                <v:shape id="RecommendationPageTile9" type="#_x0000_t75" o:allowincell="f" style="position:absolute;margin-left:478.000pt;margin-top:217.500pt;                width:117.276pt;height:23.000pt;                z-index:-251654144;                mso-position-horizontal-relative:page;                mso-position-vertical-relative:page;                mso-wrap-style:none" filled="f" stroked="f">
                  <v:imagedata r:id="rId17" o:title="推薦書"/>
                  <w10:wrap type="none"/>
                </v:shape>
              </w:pict>
            </w:r>
            <w:r>
              <w:pict>
                <v:shape id="RecommendationPageTile10" type="#_x0000_t75" o:allowincell="f" style="position:absolute;margin-left:0.000pt;margin-top:240.500pt;                width:595.276pt;height:146.500pt;                z-index:-251654144;                mso-position-horizontal-relative:page;                mso-position-vertical-relative:page;                mso-wrap-style:none" filled="f" stroked="f">
                  <v:imagedata r:id="rId18" o:title="推薦書"/>
                  <w10:wrap type="none"/>
                </v:shape>
              </w:pict>
            </w:r>
            <w:r>
              <w:pict>
                <v:shape id="RecommendationPageTile11" type="#_x0000_t75" o:allowincell="f" style="position:absolute;margin-left:0.000pt;margin-top:387.000pt;                width:198.000pt;height:19.500pt;                z-index:-251654144;                mso-position-horizontal-relative:page;                mso-position-vertical-relative:page;                mso-wrap-style:none" filled="f" stroked="f">
                  <v:imagedata r:id="rId19" o:title="推薦書"/>
                  <w10:wrap type="none"/>
                </v:shape>
              </w:pict>
            </w:r>
            <w:r>
              <w:pict>
                <v:shape id="RecommendationPageTile12" type="#_x0000_t75" o:allowincell="f" style="position:absolute;margin-left:471.000pt;margin-top:387.000pt;                width:124.276pt;height:19.500pt;                z-index:-251654144;                mso-position-horizontal-relative:page;                mso-position-vertical-relative:page;                mso-wrap-style:none" filled="f" stroked="f">
                  <v:imagedata r:id="rId20" o:title="推薦書"/>
                  <w10:wrap type="none"/>
                </v:shape>
              </w:pict>
            </w:r>
            <w:r>
              <w:pict>
                <v:shape id="RecommendationPageTile13" type="#_x0000_t75" o:allowincell="f" style="position:absolute;margin-left:198.000pt;margin-top:405.000pt;                width:273.000pt;height:1.500pt;                z-index:-251654144;                mso-position-horizontal-relative:page;                mso-position-vertical-relative:page;                mso-wrap-style:none" filled="f" stroked="f">
                  <v:imagedata r:id="rId21" o:title="推薦書"/>
                  <w10:wrap type="none"/>
                </v:shape>
              </w:pict>
            </w:r>
            <w:r>
              <w:pict>
                <v:shape id="RecommendationPageTile14" type="#_x0000_t75" o:allowincell="f" style="position:absolute;margin-left:0.000pt;margin-top:406.500pt;                width:595.276pt;height:159.000pt;                z-index:-251654144;                mso-position-horizontal-relative:page;                mso-position-vertical-relative:page;                mso-wrap-style:none" filled="f" stroked="f">
                  <v:imagedata r:id="rId22" o:title="推薦書"/>
                  <w10:wrap type="none"/>
                </v:shape>
              </w:pict>
            </w:r>
            <w:r>
              <w:pict>
                <v:shape id="RecommendationPageTile15" type="#_x0000_t75" o:allowincell="f" style="position:absolute;margin-left:0.000pt;margin-top:565.500pt;                width:445.500pt;height:57.700pt;                z-index:-251654144;                mso-position-horizontal-relative:page;                mso-position-vertical-relative:page;                mso-wrap-style:none" filled="f" stroked="f">
                  <v:imagedata r:id="rId23" o:title="推薦書"/>
                  <w10:wrap type="none"/>
                </v:shape>
              </w:pict>
            </w:r>
            <w:r>
              <w:pict>
                <v:shape id="RecommendationPageTile16" type="#_x0000_t75" o:allowincell="f" style="position:absolute;margin-left:504.900pt;margin-top:565.500pt;                width:90.376pt;height:57.700pt;                z-index:-251654144;                mso-position-horizontal-relative:page;                mso-position-vertical-relative:page;                mso-wrap-style:none" filled="f" stroked="f">
                  <v:imagedata r:id="rId24" o:title="推薦書"/>
                  <w10:wrap type="none"/>
                </v:shape>
              </w:pict>
            </w:r>
            <w:r>
              <w:pict>
                <v:shape id="RecommendationPageTile17" type="#_x0000_t75" o:allowincell="f" style="position:absolute;margin-left:445.500pt;margin-top:565.500pt;                width:62.700pt;height:1.000pt;                z-index:-251654144;                mso-position-horizontal-relative:page;                mso-position-vertical-relative:page;                mso-wrap-style:none" filled="f" stroked="f">
                  <v:imagedata r:id="rId25" o:title="推薦書"/>
                  <w10:wrap type="none"/>
                </v:shape>
              </w:pict>
            </w:r>
            <w:r>
              <w:pict>
                <v:shape id="RecommendationPageTile18" type="#_x0000_t75" o:allowincell="f" style="position:absolute;margin-left:445.500pt;margin-top:620.300pt;                width:62.700pt;height:1.000pt;                z-index:-251654144;                mso-position-horizontal-relative:page;                mso-position-vertical-relative:page;                mso-wrap-style:none" filled="f" stroked="f">
                  <v:imagedata r:id="rId26" o:title="推薦書"/>
                  <w10:wrap type="none"/>
                </v:shape>
              </w:pict>
            </w:r>
            <w:r>
              <w:pict>
                <v:shape id="RecommendationPageTile19" type="#_x0000_t75" o:allowincell="f" style="position:absolute;margin-left:445.300pt;margin-top:565.500pt;                width:1.000pt;height:110.000pt;                z-index:-251654144;                mso-position-horizontal-relative:page;                mso-position-vertical-relative:page;                mso-wrap-style:none" filled="f" stroked="f">
                  <v:imagedata r:id="rId27" o:title="推薦書"/>
                  <w10:wrap type="none"/>
                </v:shape>
              </w:pict>
            </w:r>
            <w:r>
              <w:pict>
                <v:shape id="RecommendationPageTile20" type="#_x0000_t75" o:allowincell="f" style="position:absolute;margin-left:507.200pt;margin-top:565.500pt;                width:1.400pt;height:110.000pt;                z-index:-251654144;                mso-position-horizontal-relative:page;                mso-position-vertical-relative:page;                mso-wrap-style:none" filled="f" stroked="f">
                  <v:imagedata r:id="rId28" o:title="推薦書"/>
                  <w10:wrap type="none"/>
                </v:shape>
              </w:pict>
            </w:r>
            <w:r>
              <w:pict>
                <v:shape id="RecommendationPageTile21" type="#_x0000_t75" o:allowincell="f" style="position:absolute;margin-left:0.000pt;margin-top:624.500pt;                width:445.500pt;height:51.000pt;                z-index:-251654144;                mso-position-horizontal-relative:page;                mso-position-vertical-relative:page;                mso-wrap-style:none" filled="f" stroked="f">
                  <v:imagedata r:id="rId29" o:title="推薦書"/>
                  <w10:wrap type="none"/>
                </v:shape>
              </w:pict>
            </w:r>
            <w:r>
              <w:pict>
                <v:shape id="RecommendationPageTile22" type="#_x0000_t75" o:allowincell="f" style="position:absolute;margin-left:504.900pt;margin-top:624.500pt;                width:90.376pt;height:51.000pt;                z-index:-251654144;                mso-position-horizontal-relative:page;                mso-position-vertical-relative:page;                mso-wrap-style:none" filled="f" stroked="f">
                  <v:imagedata r:id="rId30" o:title="推薦書"/>
                  <w10:wrap type="none"/>
                </v:shape>
              </w:pict>
            </w:r>
            <w:r>
              <w:pict>
                <v:shape id="RecommendationPageTile23" type="#_x0000_t75" o:allowincell="f" style="position:absolute;margin-left:0.000pt;margin-top:675.500pt;                width:595.276pt;height:166.390pt;                z-index:-251654144;                mso-position-horizontal-relative:page;                mso-position-vertical-relative:page;                mso-wrap-style:none" filled="f" stroked="f">
                  <v:imagedata r:id="rId31" o:title="推薦書"/>
                  <w10:wrap type="none"/>
                </v:shape>
              </w:pict>
            </w:r>
            <w:r>
              <w:pict>
                <v:shape id="RecommendationPageTile24" type="#_x0000_t75" o:allowincell="f" style="position:absolute;margin-left:49.900pt;margin-top:54.500pt;                width:1.100pt;height:695.600pt;                z-index:-251654144;                mso-position-horizontal-relative:page;                mso-position-vertical-relative:page;                mso-wrap-style:none" filled="f" stroked="f">
                  <v:imagedata r:id="rId32" o:title="推薦書"/>
                  <w10:wrap type="none"/>
                </v:shape>
              </w:pict>
            </w:r>
            <w:r>
              <w:pict>
                <v:shape id="RecommendationPageTile25" type="#_x0000_t75" o:allowincell="f" style="position:absolute;margin-left:566.400pt;margin-top:54.500pt;                width:1.100pt;height:695.600pt;                z-index:-251654144;                mso-position-horizontal-relative:page;                mso-position-vertical-relative:page;                mso-wrap-style:none" filled="f" stroked="f">
                  <v:imagedata r:id="rId33" o:title="推薦書"/>
                  <w10:wrap type="none"/>
                </v:shape>
              </w:pict>
            </w:r>
            <w:r>
              <w:pict>
                <v:shape id="RecommendationPageTile26" type="#_x0000_t75" o:allowincell="f" style="position:absolute;margin-left:49.900pt;margin-top:54.500pt;                width:517.600pt;height:1.100pt;                z-index:-251654144;                mso-position-horizontal-relative:page;                mso-position-vertical-relative:page;                mso-wrap-style:none" filled="f" stroked="f">
                  <v:imagedata r:id="rId34" o:title="推薦書"/>
                  <w10:wrap type="none"/>
                </v:shape>
              </w:pict>
            </w:r>
            <w:r>
              <w:pict>
                <v:shape id="RecommendationPageTile27" type="#_x0000_t75" o:allowincell="f" style="position:absolute;margin-left:49.900pt;margin-top:749.000pt;                width:517.600pt;height:1.100pt;                z-index:-251654144;                mso-position-horizontal-relative:page;                mso-position-vertical-relative:page;                mso-wrap-style:none" filled="f" stroked="f">
                  <v:imagedata r:id="rId35" o:title="推薦書"/>
                  <w10:wrap type="none"/>
                </v:shape>
              </w:pict>
            </w:r>
            <w:r>
              <w:pict>
                <v:shape id="RecommendationPageTile28" type="#_x0000_t75" o:allowincell="f" style="position:absolute;margin-left:98.300pt;margin-top:547.100pt;                width:1.200pt;height:130.000pt;                z-index:-251654144;                mso-position-horizontal-relative:page;                mso-position-vertical-relative:page;                mso-wrap-style:none" filled="f" stroked="f">
                  <v:imagedata r:id="rId36" o:title="推薦書"/>
                  <w10:wrap type="none"/>
                </v:shape>
              </w:pict>
            </w:r>
            <w:r>
              <w:pict>
                <v:shape id="RecommendationPageTile29" type="#_x0000_t75" o:allowincell="f" style="position:absolute;margin-left:445.300pt;margin-top:547.100pt;                width:1.200pt;height:130.000pt;                z-index:-251654144;                mso-position-horizontal-relative:page;                mso-position-vertical-relative:page;                mso-wrap-style:none" filled="f" stroked="f">
                  <v:imagedata r:id="rId37" o:title="推薦書"/>
                  <w10:wrap type="none"/>
                </v:shape>
              </w:pict>
            </w:r>
            <w:r>
              <w:pict>
                <v:shape id="RecommendationPageTile30" type="#_x0000_t75" o:allowincell="f" style="position:absolute;margin-left:507.000pt;margin-top:547.100pt;                width:1.200pt;height:130.000pt;                z-index:-251654144;                mso-position-horizontal-relative:page;                mso-position-vertical-relative:page;                mso-wrap-style:none" filled="f" stroked="f">
                  <v:imagedata r:id="rId38" o:title="推薦書"/>
                  <w10:wrap type="none"/>
                </v:shape>
              </w:pict>
            </w:r>
            <w:r>
              <w:pict>
                <v:shape id="RecommendationPageTile31" type="#_x0000_t75" o:allowincell="f" style="position:absolute;margin-left:98.300pt;margin-top:547.100pt;                width:410.000pt;height:1.200pt;                z-index:-251654144;                mso-position-horizontal-relative:page;                mso-position-vertical-relative:page;                mso-wrap-style:none" filled="f" stroked="f">
                  <v:imagedata r:id="rId39" o:title="推薦書"/>
                  <w10:wrap type="none"/>
                </v:shape>
              </w:pict>
            </w:r>
            <w:r>
              <w:pict>
                <v:shape id="RecommendationPageTile32" type="#_x0000_t75" o:allowincell="f" style="position:absolute;margin-left:98.300pt;margin-top:565.500pt;                width:410.000pt;height:1.200pt;                z-index:-251654144;                mso-position-horizontal-relative:page;                mso-position-vertical-relative:page;                mso-wrap-style:none" filled="f" stroked="f">
                  <v:imagedata r:id="rId40" o:title="推薦書"/>
                  <w10:wrap type="none"/>
                </v:shape>
              </w:pict>
            </w:r>
            <w:r>
              <w:pict>
                <v:shape id="RecommendationPageTile33" type="#_x0000_t75" o:allowincell="f" style="position:absolute;margin-left:98.300pt;margin-top:620.300pt;                width:410.000pt;height:1.200pt;                z-index:-251654144;                mso-position-horizontal-relative:page;                mso-position-vertical-relative:page;                mso-wrap-style:none" filled="f" stroked="f">
                  <v:imagedata r:id="rId41" o:title="推薦書"/>
                  <w10:wrap type="none"/>
                </v:shape>
              </w:pict>
            </w:r>
            <w:r>
              <w:pict>
                <v:shape id="RecommendationPageTile34" type="#_x0000_t75" o:allowincell="f" style="position:absolute;margin-left:98.300pt;margin-top:675.700pt;                width:410.000pt;height:1.200pt;                z-index:-251654144;                mso-position-horizontal-relative:page;                mso-position-vertical-relative:page;                mso-wrap-style:none" filled="f" stroked="f">
                  <v:imagedata r:id="rId42" o:title="推薦書"/>
                  <w10:wrap type="none"/>
                </v:shape>
              </w:pict>
            </w:r>
          </w:p>
        </w:tc>
      </w:tr>
      <w:tr>
        <w:trPr>
          <w:trHeight w:val="420" w:hRule="exact"/>
        </w:trPr>
        <w:tc>
          <w:tcPr>
            <w:tcW w:type="dxa" w:w="11906"/>
            <w:vAlign w:val="top"/>
          </w:tcPr>
          <w:tbl>
            <w:tblPr>
              <w:tblW w:type="dxa" w:w="11906"/>
              <w:jc w:val="left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  <w:tblLayout w:type="fixed"/>
              <w:tblInd w:w="0" w:type="dxa"/>
            </w:tblPr>
            <w:tblGrid>
              <w:gridCol w:w="8630"/>
              <w:gridCol w:w="910"/>
              <w:gridCol w:w="560"/>
              <w:gridCol w:w="240"/>
              <w:gridCol w:w="560"/>
              <w:gridCol w:w="240"/>
              <w:gridCol w:w="766"/>
            </w:tblGrid>
            <w:tr>
              <w:trPr>
                <w:trHeight w:val="420" w:hRule="exact"/>
              </w:trPr>
              <w:tc>
                <w:tcPr>
                  <w:tcW w:type="dxa" w:w="8630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</w:p>
              </w:tc>
              <w:tc>
                <w:tcPr>
                  <w:tcW w:type="dxa" w:w="910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  <w:r>
                    <w:rPr>
                      <w:rFonts w:ascii="Yu Mincho" w:hAnsi="Yu Mincho" w:eastAsia="游明朝" w:cs="Yu Mincho"/>
                      <w:color w:val="000000"/>
                      <w:sz w:val="22"/>
                      <w:szCs w:val="22"/>
                    </w:rPr>
                    <w:t>令和８年</w:t>
                  </w:r>
                </w:p>
              </w:tc>
              <w:tc>
                <w:tcPr>
                  <w:tcW w:type="dxa" w:w="560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  <w:sdt>
                    <w:sdtPr>
                      <w:alias w:val="月"/>
                      <w:tag w:val="月"/>
                      <w:id w:val="200001"/>
                      <w:text/>
                    </w:sdtPr>
                    <w:sdtContent>
                      <w:r>
                        <w:rPr>
                          <w:rFonts w:ascii="Yu Mincho" w:hAnsi="Yu Mincho" w:eastAsia="游明朝" w:cs="Yu Mincho"/>
                          <w:sz w:val="22"/>
                          <w:szCs w:val="22"/>
                          <w:color w:val="000000"/>
                        </w:rPr>
                        <w:t xml:space="preserve">　</w:t>
                      </w:r>
                    </w:sdtContent>
                  </w:sdt>
                </w:p>
              </w:tc>
              <w:tc>
                <w:tcPr>
                  <w:tcW w:type="dxa" w:w="240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  <w:r>
                    <w:rPr>
                      <w:rFonts w:ascii="Yu Mincho" w:hAnsi="Yu Mincho" w:eastAsia="游明朝" w:cs="Yu Mincho"/>
                      <w:color w:val="000000"/>
                      <w:sz w:val="22"/>
                      <w:szCs w:val="22"/>
                    </w:rPr>
                    <w:t>月</w:t>
                  </w:r>
                </w:p>
              </w:tc>
              <w:tc>
                <w:tcPr>
                  <w:tcW w:type="dxa" w:w="560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  <w:sdt>
                    <w:sdtPr>
                      <w:alias w:val="日"/>
                      <w:tag w:val="日"/>
                      <w:id w:val="200002"/>
                      <w:text/>
                    </w:sdtPr>
                    <w:sdtContent>
                      <w:r>
                        <w:rPr>
                          <w:rFonts w:ascii="Yu Mincho" w:hAnsi="Yu Mincho" w:eastAsia="游明朝" w:cs="Yu Mincho"/>
                          <w:sz w:val="22"/>
                          <w:szCs w:val="22"/>
                          <w:color w:val="000000"/>
                        </w:rPr>
                        <w:t xml:space="preserve">　</w:t>
                      </w:r>
                    </w:sdtContent>
                  </w:sdt>
                </w:p>
              </w:tc>
              <w:tc>
                <w:tcPr>
                  <w:tcW w:type="dxa" w:w="240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  <w:r>
                    <w:rPr>
                      <w:rFonts w:ascii="Yu Mincho" w:hAnsi="Yu Mincho" w:eastAsia="游明朝" w:cs="Yu Mincho"/>
                      <w:color w:val="000000"/>
                      <w:sz w:val="22"/>
                      <w:szCs w:val="22"/>
                    </w:rPr>
                    <w:t>日</w:t>
                  </w:r>
                </w:p>
              </w:tc>
              <w:tc>
                <w:tcPr>
                  <w:tcW w:type="dxa" w:w="766"/>
                  <w:vAlign w:val="center"/>
                </w:tcPr>
                <w:p>
                  <w:pPr>
                    <w:spacing w:before="0" w:after="0" w:line="240" w:lineRule="auto"/>
                    <w:ind w:left="0" w:right="0"/>
                    <w:jc w:val="center"/>
                  </w:pPr>
                </w:p>
              </w:tc>
            </w:tr>
          </w:tbl>
          <w:p>
            <w:pPr>
              <w:spacing w:before="0" w:after="0" w:line="1" w:lineRule="exact"/>
              <w:ind w:left="0" w:right="0"/>
              <w:jc w:val="left"/>
            </w:pPr>
          </w:p>
          <w:p>
            <w:pPr>
              <w:spacing w:before="0" w:after="0" w:line="1" w:lineRule="exact"/>
            </w:pPr>
          </w:p>
        </w:tc>
      </w:tr>
      <w:tr>
        <w:trPr>
          <w:trHeight w:val="998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0" w:right="0"/>
              <w:jc w:val="left"/>
            </w:pPr>
          </w:p>
        </w:tc>
      </w:tr>
      <w:tr>
        <w:trPr>
          <w:trHeight w:val="440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6440" w:right="2366"/>
              <w:jc w:val="left"/>
            </w:pPr>
            <w:sdt>
              <w:sdtPr>
                <w:alias w:val="学校名"/>
                <w:tag w:val="学校名"/>
                <w:id w:val="200003"/>
                <w:text/>
              </w:sdtPr>
              <w:sdtContent>
                <w:r>
                  <w:rPr>
                    <w:rFonts w:ascii="Yu Mincho" w:hAnsi="Yu Mincho" w:eastAsia="游明朝" w:cs="Yu Mincho"/>
                    <w:sz w:val="22"/>
                    <w:szCs w:val="22"/>
                    <w:color w:val="000000"/>
                  </w:rPr>
                  <w:t xml:space="preserve">　　　　　　　　　　　　</w:t>
                </w:r>
              </w:sdtContent>
            </w:sdt>
          </w:p>
        </w:tc>
      </w:tr>
      <w:tr>
        <w:trPr>
          <w:trHeight w:val="278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0" w:right="0"/>
              <w:jc w:val="left"/>
            </w:pPr>
          </w:p>
        </w:tc>
      </w:tr>
      <w:tr>
        <w:trPr>
          <w:trHeight w:val="440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6660" w:right="2346"/>
              <w:jc w:val="left"/>
            </w:pPr>
            <w:sdt>
              <w:sdtPr>
                <w:alias w:val="学校長名"/>
                <w:tag w:val="学校長名"/>
                <w:id w:val="200004"/>
                <w:text/>
              </w:sdtPr>
              <w:sdtContent>
                <w:r>
                  <w:rPr>
                    <w:rFonts w:ascii="Yu Mincho" w:hAnsi="Yu Mincho" w:eastAsia="游明朝" w:cs="Yu Mincho"/>
                    <w:sz w:val="22"/>
                    <w:szCs w:val="22"/>
                    <w:color w:val="000000"/>
                  </w:rPr>
                  <w:t xml:space="preserve">　　　　　　　　　　</w:t>
                </w:r>
              </w:sdtContent>
            </w:sdt>
          </w:p>
        </w:tc>
      </w:tr>
      <w:tr>
        <w:trPr>
          <w:trHeight w:val="2944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0" w:right="0"/>
              <w:jc w:val="left"/>
            </w:pPr>
          </w:p>
        </w:tc>
      </w:tr>
      <w:tr>
        <w:trPr>
          <w:trHeight w:val="420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3960" w:right="2486"/>
              <w:jc w:val="left"/>
            </w:pPr>
            <w:sdt>
              <w:sdtPr>
                <w:alias w:val="志願者名"/>
                <w:tag w:val="志願者名"/>
                <w:id w:val="200005"/>
                <w:text/>
              </w:sdtPr>
              <w:sdtContent>
                <w:r>
                  <w:rPr>
                    <w:rFonts w:ascii="Yu Mincho" w:hAnsi="Yu Mincho" w:eastAsia="游明朝" w:cs="Yu Mincho"/>
                    <w:sz w:val="22"/>
                    <w:szCs w:val="22"/>
                    <w:color w:val="000000"/>
                  </w:rPr>
                  <w:t xml:space="preserve">　　　　　　　　　　　　　　　　　　　　</w:t>
                </w:r>
              </w:sdtContent>
            </w:sdt>
          </w:p>
        </w:tc>
      </w:tr>
      <w:tr>
        <w:trPr>
          <w:trHeight w:val="3156" w:hRule="exact"/>
        </w:trPr>
        <w:tc>
          <w:tcPr>
            <w:tcW w:type="dxa" w:w="11906"/>
            <w:vAlign w:val="top"/>
          </w:tcPr>
          <w:p>
            <w:pPr>
              <w:spacing w:before="0" w:after="0" w:line="240" w:lineRule="auto"/>
              <w:ind w:left="0" w:right="0"/>
              <w:jc w:val="left"/>
            </w:pPr>
          </w:p>
        </w:tc>
      </w:tr>
      <w:tr>
        <w:trPr>
          <w:trHeight w:val="1164" w:hRule="exact"/>
        </w:trPr>
        <w:tc>
          <w:tcPr>
            <w:tcW w:type="dxa" w:w="11906"/>
            <w:vAlign w:val="center"/>
          </w:tcPr>
          <w:p>
            <w:pPr>
              <w:spacing w:before="0" w:after="0" w:line="240" w:lineRule="auto"/>
              <w:ind w:left="8910" w:right="1808"/>
              <w:jc w:val="center"/>
            </w:pPr>
            <w:sdt>
              <w:sdtPr>
                <w:alias w:val="該当項目1"/>
                <w:tag w:val="該当項目1"/>
                <w:id w:val="200006"/>
                <w:text/>
              </w:sdtPr>
              <w:sdtContent>
                <w:r>
                  <w:rPr>
                    <w:rFonts w:ascii="Yu Mincho" w:hAnsi="Yu Mincho" w:eastAsia="游明朝" w:cs="Yu Mincho"/>
                    <w:sz w:val="32"/>
                    <w:szCs w:val="32"/>
                    <w:color w:val="000000"/>
                  </w:rPr>
                  <w:t xml:space="preserve">​</w:t>
                </w:r>
              </w:sdtContent>
            </w:sdt>
          </w:p>
        </w:tc>
      </w:tr>
      <w:tr>
        <w:trPr>
          <w:trHeight w:val="1040" w:hRule="exact"/>
        </w:trPr>
        <w:tc>
          <w:tcPr>
            <w:tcW w:type="dxa" w:w="11906"/>
            <w:vAlign w:val="center"/>
          </w:tcPr>
          <w:p>
            <w:pPr>
              <w:spacing w:before="0" w:after="0" w:line="240" w:lineRule="auto"/>
              <w:ind w:left="8910" w:right="1808"/>
              <w:jc w:val="center"/>
            </w:pPr>
            <w:sdt>
              <w:sdtPr>
                <w:alias w:val="該当項目2"/>
                <w:tag w:val="該当項目2"/>
                <w:id w:val="200007"/>
                <w:text/>
              </w:sdtPr>
              <w:sdtContent>
                <w:r>
                  <w:rPr>
                    <w:rFonts w:ascii="Yu Mincho" w:hAnsi="Yu Mincho" w:eastAsia="游明朝" w:cs="Yu Mincho"/>
                    <w:sz w:val="32"/>
                    <w:szCs w:val="32"/>
                    <w:color w:val="000000"/>
                  </w:rPr>
                  <w:t xml:space="preserve">​</w:t>
                </w:r>
              </w:sdtContent>
            </w:sdt>
          </w:p>
        </w:tc>
      </w:tr>
    </w:tbl>
    <w:sectPr w:rsidR="00FC693F" w:rsidRPr="0006063C" w:rsidSect="00034616">
      <w:pgSz w:w="11906" w:h="16838"/>
      <w:pgMar w:top="0" w:right="0" w:bottom="0" w:left="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forms" w:enforcement="1" w:formatting="0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5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Yu Mincho" w:hAnsi="Yu Mincho" w:eastAsia="游明朝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推薦書（入力用）</dc:title>
  <dc:subject>推薦入学志願者用推薦書</dc:subject>
  <dc:creator>近畿大学</dc:creator>
  <cp:keywords>推薦書, 入力用</cp:keywords>
  <dc:description>元PDFの体裁・内容・文言を保持した入力用Wordファイル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