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BC84" w14:textId="77777777" w:rsidR="00D20A8C" w:rsidRDefault="005C68C5">
      <w:pPr>
        <w:spacing w:after="0" w:line="20" w:lineRule="exact"/>
      </w:pPr>
      <w:r>
        <w:pict w14:anchorId="1997F417">
          <v:shapetype id="_x0000_t202" coordsize="21600,21600" o:spt="202" path="m,l,21600r21600,l21600,xe">
            <v:stroke joinstyle="miter"/>
            <v:path gradientshapeok="t" o:connecttype="rect"/>
          </v:shapetype>
          <v:shape id="FillableField1" o:spid="_x0000_s1101" type="#_x0000_t202" alt="志望学科" title="志望学科" style="position:absolute;margin-left:276.35pt;margin-top:138.55pt;width:13.05pt;height:43.5pt;z-index:251659265;mso-wrap-style:none;mso-wrap-distance-left:0;mso-wrap-distance-top:0;mso-wrap-distance-right:0;mso-wrap-distance-bottom:0;mso-position-horizontal-relative:page;mso-position-vertical-relative:page;v-text-anchor:middle" o:allowincell="f" stroked="f">
            <v:fill opacity="0"/>
            <v:textbox inset="2pt,1pt,2pt,1pt">
              <w:txbxContent>
                <w:p w14:paraId="17E79D05" w14:textId="77777777" w:rsidR="00D20A8C" w:rsidRDefault="005C68C5">
                  <w:pPr>
                    <w:spacing w:after="0" w:line="240" w:lineRule="auto"/>
                    <w:jc w:val="center"/>
                  </w:pPr>
                  <w:sdt>
                    <w:sdtPr>
                      <w:alias w:val="志望学科"/>
                      <w:tag w:val="p2_department"/>
                      <w:id w:val="100001"/>
                      <w:text w:multiLine="1"/>
                    </w:sdtPr>
                    <w:sdtEndPr/>
                    <w:sdtContent>
                      <w:r>
                        <w:rPr>
                          <w:rFonts w:ascii="游明朝" w:eastAsia="游明朝" w:hAnsi="游明朝"/>
                          <w:sz w:val="26"/>
                          <w:szCs w:val="26"/>
                        </w:rPr>
                        <w:t>​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  <w:r>
        <w:pict w14:anchorId="757BCB8D">
          <v:shape id="FillableField2" o:spid="_x0000_s1102" type="#_x0000_t202" alt="コース" title="コース" style="position:absolute;margin-left:525pt;margin-top:126pt;width:188pt;height:43.5pt;z-index:251659266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allowincell="f" stroked="f">
            <v:fill opacity="0"/>
            <v:textbox inset="2pt,1pt,2pt,1pt">
              <w:txbxContent>
                <w:p w14:paraId="5437C1C5" w14:textId="77777777" w:rsidR="00D20A8C" w:rsidRDefault="005C68C5">
                  <w:pPr>
                    <w:spacing w:after="0" w:line="240" w:lineRule="auto"/>
                    <w:jc w:val="center"/>
                  </w:pPr>
                  <w:sdt>
                    <w:sdtPr>
                      <w:alias w:val="コース"/>
                      <w:tag w:val="p2_course"/>
                      <w:id w:val="100002"/>
                      <w:text w:multiLine="1"/>
                    </w:sdtPr>
                    <w:sdtEndPr/>
                    <w:sdtContent>
                      <w:r>
                        <w:rPr>
                          <w:rFonts w:ascii="游明朝" w:eastAsia="游明朝" w:hAnsi="游明朝"/>
                          <w:sz w:val="26"/>
                          <w:szCs w:val="26"/>
                        </w:rPr>
                        <w:t>​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  <w:r>
        <w:pict w14:anchorId="293CDF14">
          <v:shape id="FillableField3" o:spid="_x0000_s1103" type="#_x0000_t202" alt="フリガナ（姓）" title="フリガナ（姓）" style="position:absolute;margin-left:130pt;margin-top:234pt;width:221pt;height:36pt;z-index:251659267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allowincell="f" stroked="f">
            <v:fill opacity="0"/>
            <v:textbox inset="2pt,1pt,2pt,1pt">
              <w:txbxContent>
                <w:p w14:paraId="0FC9A652" w14:textId="77777777" w:rsidR="00D20A8C" w:rsidRDefault="005C68C5">
                  <w:pPr>
                    <w:spacing w:after="0" w:line="240" w:lineRule="auto"/>
                    <w:jc w:val="center"/>
                  </w:pPr>
                  <w:sdt>
                    <w:sdtPr>
                      <w:alias w:val="フリガナ（姓）"/>
                      <w:tag w:val="p2_furigana_family"/>
                      <w:id w:val="100003"/>
                      <w:text w:multiLine="1"/>
                    </w:sdtPr>
                    <w:sdtEndPr/>
                    <w:sdtContent>
                      <w:r>
                        <w:rPr>
                          <w:rFonts w:ascii="游明朝" w:eastAsia="游明朝" w:hAnsi="游明朝"/>
                          <w:sz w:val="25"/>
                          <w:szCs w:val="25"/>
                        </w:rPr>
                        <w:t>​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  <w:r>
        <w:pict w14:anchorId="1F46C9AD">
          <v:shape id="FillableField4" o:spid="_x0000_s1104" type="#_x0000_t202" alt="フリガナ（名）" title="フリガナ（名）" style="position:absolute;margin-left:355.5pt;margin-top:234pt;width:220pt;height:36pt;z-index:251659268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allowincell="f" stroked="f">
            <v:fill opacity="0"/>
            <v:textbox inset="2pt,1pt,2pt,1pt">
              <w:txbxContent>
                <w:p w14:paraId="4A7A2044" w14:textId="77777777" w:rsidR="00D20A8C" w:rsidRDefault="005C68C5">
                  <w:pPr>
                    <w:spacing w:after="0" w:line="240" w:lineRule="auto"/>
                    <w:jc w:val="center"/>
                  </w:pPr>
                  <w:sdt>
                    <w:sdtPr>
                      <w:alias w:val="フリガナ（名）"/>
                      <w:tag w:val="p2_furigana_given"/>
                      <w:id w:val="100004"/>
                      <w:text w:multiLine="1"/>
                    </w:sdtPr>
                    <w:sdtEndPr/>
                    <w:sdtContent>
                      <w:r>
                        <w:rPr>
                          <w:rFonts w:ascii="游明朝" w:eastAsia="游明朝" w:hAnsi="游明朝"/>
                          <w:sz w:val="25"/>
                          <w:szCs w:val="25"/>
                        </w:rPr>
                        <w:t>​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  <w:r>
        <w:pict w14:anchorId="79B3A94B">
          <v:shape id="FillableField5" o:spid="_x0000_s1105" type="#_x0000_t202" alt="志願者名（姓）" title="志願者名（姓）" style="position:absolute;margin-left:130pt;margin-top:274pt;width:221pt;height:36pt;z-index:251659269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allowincell="f" stroked="f">
            <v:fill opacity="0"/>
            <v:textbox inset="2pt,1pt,2pt,1pt">
              <w:txbxContent>
                <w:p w14:paraId="644E07D6" w14:textId="77777777" w:rsidR="00D20A8C" w:rsidRDefault="005C68C5">
                  <w:pPr>
                    <w:spacing w:after="0" w:line="240" w:lineRule="auto"/>
                    <w:jc w:val="center"/>
                  </w:pPr>
                  <w:sdt>
                    <w:sdtPr>
                      <w:alias w:val="志願者名（姓）"/>
                      <w:tag w:val="p2_name_family"/>
                      <w:id w:val="100005"/>
                      <w:text w:multiLine="1"/>
                    </w:sdtPr>
                    <w:sdtEndPr/>
                    <w:sdtContent>
                      <w:r>
                        <w:rPr>
                          <w:rFonts w:ascii="游明朝" w:eastAsia="游明朝" w:hAnsi="游明朝"/>
                          <w:sz w:val="27"/>
                          <w:szCs w:val="27"/>
                        </w:rPr>
                        <w:t>​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  <w:r>
        <w:pict w14:anchorId="7C728BF7">
          <v:shape id="FillableField6" o:spid="_x0000_s1106" type="#_x0000_t202" alt="志願者名（名）" title="志願者名（名）" style="position:absolute;margin-left:355.5pt;margin-top:274pt;width:220pt;height:36pt;z-index:251659270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allowincell="f" stroked="f">
            <v:fill opacity="0"/>
            <v:textbox inset="2pt,1pt,2pt,1pt">
              <w:txbxContent>
                <w:p w14:paraId="3B887B02" w14:textId="77777777" w:rsidR="00D20A8C" w:rsidRDefault="005C68C5">
                  <w:pPr>
                    <w:spacing w:after="0" w:line="240" w:lineRule="auto"/>
                    <w:jc w:val="center"/>
                  </w:pPr>
                  <w:sdt>
                    <w:sdtPr>
                      <w:alias w:val="志願者名（名）"/>
                      <w:tag w:val="p2_name_given"/>
                      <w:id w:val="100006"/>
                      <w:text w:multiLine="1"/>
                    </w:sdtPr>
                    <w:sdtEndPr/>
                    <w:sdtContent>
                      <w:r>
                        <w:rPr>
                          <w:rFonts w:ascii="游明朝" w:eastAsia="游明朝" w:hAnsi="游明朝"/>
                          <w:sz w:val="27"/>
                          <w:szCs w:val="27"/>
                        </w:rPr>
                        <w:t>​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</w:p>
    <w:sectPr w:rsidR="00D20A8C" w:rsidSect="00034616">
      <w:headerReference w:type="default" r:id="rId8"/>
      <w:pgSz w:w="16838" w:h="11906" w:orient="landscape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7AFE" w14:textId="77777777" w:rsidR="005C68C5" w:rsidRDefault="005C68C5">
      <w:pPr>
        <w:spacing w:after="0" w:line="240" w:lineRule="auto"/>
      </w:pPr>
      <w:r>
        <w:separator/>
      </w:r>
    </w:p>
  </w:endnote>
  <w:endnote w:type="continuationSeparator" w:id="0">
    <w:p w14:paraId="2507EDEF" w14:textId="77777777" w:rsidR="005C68C5" w:rsidRDefault="005C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5258" w14:textId="77777777" w:rsidR="005C68C5" w:rsidRDefault="005C68C5">
      <w:pPr>
        <w:spacing w:after="0" w:line="240" w:lineRule="auto"/>
      </w:pPr>
      <w:r>
        <w:separator/>
      </w:r>
    </w:p>
  </w:footnote>
  <w:footnote w:type="continuationSeparator" w:id="0">
    <w:p w14:paraId="526F3853" w14:textId="77777777" w:rsidR="005C68C5" w:rsidRDefault="005C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5E2ED" w14:textId="77777777" w:rsidR="00D20A8C" w:rsidRDefault="005C68C5">
    <w:pPr>
      <w:pStyle w:val="a5"/>
      <w:spacing w:line="20" w:lineRule="exact"/>
    </w:pPr>
    <w:r>
      <w:rPr>
        <w:noProof/>
      </w:rPr>
      <w:drawing>
        <wp:anchor distT="0" distB="0" distL="0" distR="0" simplePos="0" relativeHeight="251658240" behindDoc="1" locked="0" layoutInCell="1" allowOverlap="1" wp14:anchorId="25362E20" wp14:editId="2A94575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3" cy="7560005"/>
          <wp:effectExtent l="0" t="0" r="0" b="0"/>
          <wp:wrapNone/>
          <wp:docPr id="1" name="Original PDF pag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-2-landscap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3" cy="7560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68C5"/>
    <w:rsid w:val="00741535"/>
    <w:rsid w:val="00AA1D8D"/>
    <w:rsid w:val="00B47730"/>
    <w:rsid w:val="00CB0664"/>
    <w:rsid w:val="00D20A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B1EE96"/>
  <w14:defaultImageDpi w14:val="300"/>
  <w15:docId w15:val="{D7D1ECAF-B264-480D-B743-D30E970A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02_審査資料_理工学部_様式2_入力可能 - Word入力対応</dc:title>
  <dc:subject>PDF様式を背景にし、記入欄をWordの入力欄として配置したテンプレート</dc:subject>
  <dc:creator>python-docx</dc:creator>
  <cp:keywords/>
  <dc:description>Blank areas are editable text content controls. Checkboxes are clickable content controls.</dc:description>
  <cp:lastModifiedBy>ogasawara</cp:lastModifiedBy>
  <cp:revision>2</cp:revision>
  <dcterms:created xsi:type="dcterms:W3CDTF">2013-12-23T23:15:00Z</dcterms:created>
  <dcterms:modified xsi:type="dcterms:W3CDTF">2026-07-23T09:14:00Z</dcterms:modified>
  <cp:category/>
</cp:coreProperties>
</file>