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  <w:sectPr w:rsidR="00FC693F" w:rsidRPr="0006063C" w:rsidSect="00034616">
          <w:headerReference w:type="default" r:id="rId9"/>
          <w:type w:val="nextPage"/>
          <w:pgSz w:w="11906" w:h="16838"/>
          <w:pgMar w:top="0" w:right="0" w:bottom="0" w:left="0" w:header="0" w:footer="0" w:gutter="0"/>
          <w:cols w:space="720"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</w:pict>
        <w:pict>
          <v:shape id="FillableField1" o:spid="_x0000_s1101" type="#_x0000_t202" style="position:absolute;margin-left:365.500pt;margin-top:122.000pt;width:175.000pt;height:16.00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17"/>
                      <w:szCs w:val="17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17"/>
                        <w:szCs w:val="17"/>
                        <w:lang w:val="ja-JP" w:eastAsia="ja-JP" w:bidi="ja-JP"/>
                        <w:color w:val="000000"/>
                        <w:noProof/>
                      </w:rPr>
                      <w:alias w:val="フリガナ"/>
                      <w:lock w:val="sdtLocked"/>
                      <w:tag w:val="p1_furigana"/>
                      <w:id w:val="100001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17"/>
                          <w:szCs w:val="17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" o:spid="_x0000_s1102" type="#_x0000_t202" style="position:absolute;margin-left:365.500pt;margin-top:137.500pt;width:175.000pt;height:18.00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22"/>
                      <w:szCs w:val="22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2"/>
                        <w:szCs w:val="22"/>
                        <w:lang w:val="ja-JP" w:eastAsia="ja-JP" w:bidi="ja-JP"/>
                        <w:color w:val="000000"/>
                        <w:noProof/>
                      </w:rPr>
                      <w:alias w:val="志願者名"/>
                      <w:lock w:val="sdtLocked"/>
                      <w:tag w:val="p1_name"/>
                      <w:id w:val="100002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2"/>
                          <w:szCs w:val="22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" o:spid="_x0000_s1103" type="#_x0000_t202" style="position:absolute;margin-left:62.364pt;margin-top:312.384pt;width:481.890pt;height:481.918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top" filled="t" fillcolor="#FFFFFF" stroked="f" o:allowincell="f" alt="志望理由本文（1枚目）（1マス1文字）" title="志望理由本文（1枚目）（1マス1文字）">
            <v:fill opacity="0"/>
            <v:textbox inset="6.05pt,0pt,6.05pt,0pt" style="mso-fit-shape-to-text:false">
              <w:txbxContent>
                <w:p>
                  <w:pPr>
                    <w:spacing w:before="0" w:after="0" w:line="482" w:lineRule="exact"/>
                    <w:jc w:val="left"/>
                    <w:widowControl w:val="0"/>
                    <w:snapToGrid w:val="0"/>
                    <w:autoSpaceDE w:val="0"/>
                    <w:autoSpaceDN w:val="0"/>
                    <w:kinsoku w:val="0"/>
                    <w:overflowPunct w:val="0"/>
                    <w:adjustRightInd w:val="0"/>
                    <w:wordWrap w:val="1"/>
                    <w:rPr>
                      <w:rFonts w:ascii="MS Mincho" w:hAnsi="MS Mincho" w:eastAsia="MS Mincho" w:cs="MS Mincho" w:hint="eastAsia"/>
                      <w:sz w:val="24"/>
                      <w:szCs w:val="24"/>
                      <w:spacing w:val="240"/>
                      <w:color w:val="000000"/>
                      <w:lang w:val="ja-JP" w:eastAsia="ja-JP" w:bidi="ja-JP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4"/>
                        <w:szCs w:val="24"/>
                        <w:spacing w:val="240"/>
                        <w:color w:val="000000"/>
                        <w:lang w:val="ja-JP" w:eastAsia="ja-JP" w:bidi="ja-JP"/>
                        <w:noProof/>
                      </w:rPr>
                      <w:alias w:val="志望理由本文（1枚目）"/>
                      <w:lock w:val="sdtLocked"/>
                      <w:tag w:val="p1_essay"/>
                      <w:id w:val="100003"/>
                      <w:placeholder>
                        <w:docPart w:val="DefaultPlaceholder_1082065158"/>
                      </w:placeholder>
                      <w:showingPlcHdr/>
                      <w:text w:multiLine="1"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4"/>
                          <w:szCs w:val="24"/>
                          <w:spacing w:val="240"/>
                          <w:color w:val="000000"/>
                          <w:lang w:val="ja-JP" w:eastAsia="ja-JP" w:bidi="ja-JP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p>
      <w:pPr>
        <w:spacing w:before="0" w:after="0" w:line="20" w:lineRule="exact"/>
        <w:sectPr w:rsidR="00FC693F" w:rsidRPr="0006063C" w:rsidSect="00034616">
          <w:headerReference w:type="default" r:id="rId10"/>
          <w:type w:val="nextPage"/>
          <w:pgSz w:w="11906" w:h="16838"/>
          <w:pgMar w:top="0" w:right="0" w:bottom="0" w:left="0" w:header="0" w:footer="0" w:gutter="0"/>
          <w:cols w:space="720"/>
          <w:docGrid w:linePitch="360"/>
        </w:sectPr>
      </w:pPr>
      <w:r>
        <w:pict/>
        <w:pict>
          <v:shape id="FillableField4" o:spid="_x0000_s1104" type="#_x0000_t202" style="position:absolute;margin-left:365.500pt;margin-top:122.000pt;width:175.000pt;height:16.00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17"/>
                      <w:szCs w:val="17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17"/>
                        <w:szCs w:val="17"/>
                        <w:lang w:val="ja-JP" w:eastAsia="ja-JP" w:bidi="ja-JP"/>
                        <w:color w:val="000000"/>
                        <w:noProof/>
                      </w:rPr>
                      <w:alias w:val="フリガナ"/>
                      <w:lock w:val="sdtLocked"/>
                      <w:tag w:val="p2_furigana"/>
                      <w:id w:val="200001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17"/>
                          <w:szCs w:val="17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" o:spid="_x0000_s1105" type="#_x0000_t202" style="position:absolute;margin-left:365.500pt;margin-top:137.500pt;width:175.000pt;height:18.00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22"/>
                      <w:szCs w:val="22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2"/>
                        <w:szCs w:val="22"/>
                        <w:lang w:val="ja-JP" w:eastAsia="ja-JP" w:bidi="ja-JP"/>
                        <w:color w:val="000000"/>
                        <w:noProof/>
                      </w:rPr>
                      <w:alias w:val="志願者名"/>
                      <w:lock w:val="sdtLocked"/>
                      <w:tag w:val="p2_name"/>
                      <w:id w:val="200002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2"/>
                          <w:szCs w:val="22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" o:spid="_x0000_s1106" type="#_x0000_t202" style="position:absolute;margin-left:62.364pt;margin-top:312.384pt;width:481.890pt;height:481.918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top" filled="t" fillcolor="#FFFFFF" stroked="f" o:allowincell="f" alt="志望理由本文（2枚目）（1マス1文字）" title="志望理由本文（2枚目）（1マス1文字）">
            <v:fill opacity="0"/>
            <v:textbox inset="6.05pt,0pt,6.05pt,0pt" style="mso-fit-shape-to-text:false">
              <w:txbxContent>
                <w:p>
                  <w:pPr>
                    <w:spacing w:before="0" w:after="0" w:line="482" w:lineRule="exact"/>
                    <w:jc w:val="left"/>
                    <w:widowControl w:val="0"/>
                    <w:snapToGrid w:val="0"/>
                    <w:autoSpaceDE w:val="0"/>
                    <w:autoSpaceDN w:val="0"/>
                    <w:kinsoku w:val="0"/>
                    <w:overflowPunct w:val="0"/>
                    <w:adjustRightInd w:val="0"/>
                    <w:wordWrap w:val="1"/>
                    <w:rPr>
                      <w:rFonts w:ascii="MS Mincho" w:hAnsi="MS Mincho" w:eastAsia="MS Mincho" w:cs="MS Mincho" w:hint="eastAsia"/>
                      <w:sz w:val="24"/>
                      <w:szCs w:val="24"/>
                      <w:spacing w:val="240"/>
                      <w:color w:val="000000"/>
                      <w:lang w:val="ja-JP" w:eastAsia="ja-JP" w:bidi="ja-JP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4"/>
                        <w:szCs w:val="24"/>
                        <w:spacing w:val="240"/>
                        <w:color w:val="000000"/>
                        <w:lang w:val="ja-JP" w:eastAsia="ja-JP" w:bidi="ja-JP"/>
                        <w:noProof/>
                      </w:rPr>
                      <w:alias w:val="志望理由本文（2枚目）"/>
                      <w:lock w:val="sdtLocked"/>
                      <w:tag w:val="p2_essay"/>
                      <w:id w:val="200003"/>
                      <w:placeholder>
                        <w:docPart w:val="DefaultPlaceholder_1082065158"/>
                      </w:placeholder>
                      <w:showingPlcHdr/>
                      <w:text w:multiLine="1"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4"/>
                          <w:szCs w:val="24"/>
                          <w:spacing w:val="240"/>
                          <w:color w:val="000000"/>
                          <w:lang w:val="ja-JP" w:eastAsia="ja-JP" w:bidi="ja-JP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p>
      <w:pPr>
        <w:spacing w:before="0" w:after="0" w:line="20" w:lineRule="exact"/>
      </w:pPr>
      <w:r>
        <w:pict/>
        <w:pict>
          <v:shape id="FillableField7" o:spid="_x0000_s1107" type="#_x0000_t202" style="position:absolute;margin-left:365.500pt;margin-top:122.000pt;width:175.000pt;height:16.00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17"/>
                      <w:szCs w:val="17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17"/>
                        <w:szCs w:val="17"/>
                        <w:lang w:val="ja-JP" w:eastAsia="ja-JP" w:bidi="ja-JP"/>
                        <w:color w:val="000000"/>
                        <w:noProof/>
                      </w:rPr>
                      <w:alias w:val="フリガナ"/>
                      <w:lock w:val="sdtLocked"/>
                      <w:tag w:val="p3_furigana"/>
                      <w:id w:val="300001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17"/>
                          <w:szCs w:val="17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8" o:spid="_x0000_s1108" type="#_x0000_t202" style="position:absolute;margin-left:365.500pt;margin-top:137.500pt;width:175.000pt;height:18.00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1pt,0pt,1pt,0pt" style="mso-fit-shape-to-text:false">
              <w:txbxContent>
                <w:p>
                  <w:pPr>
                    <w:spacing w:before="0" w:after="0" w:line="240" w:lineRule="auto"/>
                    <w:jc w:val="left"/>
                    <w:widowControl w:val="0"/>
                    <w:rPr>
                      <w:rFonts w:ascii="MS Mincho" w:hAnsi="MS Mincho" w:eastAsia="MS Mincho" w:cs="MS Mincho" w:hint="eastAsia"/>
                      <w:sz w:val="22"/>
                      <w:szCs w:val="22"/>
                      <w:lang w:val="ja-JP" w:eastAsia="ja-JP" w:bidi="ja-JP"/>
                      <w:color w:val="000000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2"/>
                        <w:szCs w:val="22"/>
                        <w:lang w:val="ja-JP" w:eastAsia="ja-JP" w:bidi="ja-JP"/>
                        <w:color w:val="000000"/>
                        <w:noProof/>
                      </w:rPr>
                      <w:alias w:val="志願者名"/>
                      <w:lock w:val="sdtLocked"/>
                      <w:tag w:val="p3_name"/>
                      <w:id w:val="300002"/>
                      <w:placeholder>
                        <w:docPart w:val="DefaultPlaceholder_1082065158"/>
                      </w:placeholder>
                      <w:showingPlcHdr/>
                      <w:text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2"/>
                          <w:szCs w:val="22"/>
                          <w:lang w:val="ja-JP" w:eastAsia="ja-JP" w:bidi="ja-JP"/>
                          <w:color w:val="000000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9" o:spid="_x0000_s1109" type="#_x0000_t202" style="position:absolute;margin-left:62.364pt;margin-top:312.384pt;width:481.890pt;height:481.918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top" filled="t" fillcolor="#FFFFFF" stroked="f" o:allowincell="f" alt="志望理由本文（3枚目）（1マス1文字）" title="志望理由本文（3枚目）（1マス1文字）">
            <v:fill opacity="0"/>
            <v:textbox inset="6.05pt,0pt,6.05pt,0pt" style="mso-fit-shape-to-text:false">
              <w:txbxContent>
                <w:p>
                  <w:pPr>
                    <w:spacing w:before="0" w:after="0" w:line="482" w:lineRule="exact"/>
                    <w:jc w:val="left"/>
                    <w:widowControl w:val="0"/>
                    <w:snapToGrid w:val="0"/>
                    <w:autoSpaceDE w:val="0"/>
                    <w:autoSpaceDN w:val="0"/>
                    <w:kinsoku w:val="0"/>
                    <w:overflowPunct w:val="0"/>
                    <w:adjustRightInd w:val="0"/>
                    <w:wordWrap w:val="1"/>
                    <w:rPr>
                      <w:rFonts w:ascii="MS Mincho" w:hAnsi="MS Mincho" w:eastAsia="MS Mincho" w:cs="MS Mincho" w:hint="eastAsia"/>
                      <w:sz w:val="24"/>
                      <w:szCs w:val="24"/>
                      <w:spacing w:val="240"/>
                      <w:color w:val="000000"/>
                      <w:lang w:val="ja-JP" w:eastAsia="ja-JP" w:bidi="ja-JP"/>
                      <w:noProof/>
                    </w:rPr>
                  </w:pPr>
                  <w:sdt>
                    <w:sdtPr>
                      <w:rPr>
                        <w:rFonts w:ascii="MS Mincho" w:hAnsi="MS Mincho" w:eastAsia="MS Mincho" w:cs="MS Mincho" w:hint="eastAsia"/>
                        <w:sz w:val="24"/>
                        <w:szCs w:val="24"/>
                        <w:spacing w:val="240"/>
                        <w:color w:val="000000"/>
                        <w:lang w:val="ja-JP" w:eastAsia="ja-JP" w:bidi="ja-JP"/>
                        <w:noProof/>
                      </w:rPr>
                      <w:alias w:val="志望理由本文（3枚目）"/>
                      <w:lock w:val="sdtLocked"/>
                      <w:tag w:val="p3_essay"/>
                      <w:id w:val="300003"/>
                      <w:placeholder>
                        <w:docPart w:val="DefaultPlaceholder_1082065158"/>
                      </w:placeholder>
                      <w:showingPlcHdr/>
                      <w:text w:multiLine="1"/>
                    </w:sdtPr>
                    <w:sdtContent>
                      <w:r>
                        <w:rPr>
                          <w:rFonts w:ascii="MS Mincho" w:hAnsi="MS Mincho" w:eastAsia="MS Mincho" w:cs="MS Mincho" w:hint="eastAsia"/>
                          <w:sz w:val="24"/>
                          <w:szCs w:val="24"/>
                          <w:spacing w:val="240"/>
                          <w:color w:val="000000"/>
                          <w:lang w:val="ja-JP" w:eastAsia="ja-JP" w:bidi="ja-JP"/>
                          <w:noProof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sectPr w:rsidR="00FC693F" w:rsidRPr="0006063C" w:rsidSect="00034616">
      <w:headerReference w:type="default" r:id="rId11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1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2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3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看護学部 志望理由書（3ページ・1マス1文字・入力可能）</dc:title>
  <dc:subject>近畿大学看護学部 志望理由書（様式3-1）Word入力用テンプレート</dc:subject>
  <dc:creator>python-docx</dc:creator>
  <cp:keywords/>
  <dc:description>本文は20文字×20行で、先頭マスから1マス1文字になるよう設定しています。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