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</w:pict>
        <w:pict>
          <v:shape id="FillableField1" o:spid="_x0000_s1101" type="#_x0000_t202" style="position:absolute;margin-left:425.00pt;margin-top:75.00pt;width:32.00pt;height:21.00pt;z-index:25165926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証明年月日 年" title="証明年月日 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証明年月日 年"/>
                      <w:tag w:val="p5_date_year"/>
                      <w:id w:val="100001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20"/>
                          <w:szCs w:val="20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" o:spid="_x0000_s1102" type="#_x0000_t202" style="position:absolute;margin-left:471.00pt;margin-top:75.00pt;width:22.50pt;height:21.00pt;z-index:25165926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証明年月日 月" title="証明年月日 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証明年月日 月"/>
                      <w:tag w:val="p5_date_month"/>
                      <w:id w:val="100002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20"/>
                          <w:szCs w:val="20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" o:spid="_x0000_s1103" type="#_x0000_t202" style="position:absolute;margin-left:506.00pt;margin-top:75.00pt;width:22.50pt;height:21.00pt;z-index:25165926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証明年月日 日" title="証明年月日 日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証明年月日 日"/>
                      <w:tag w:val="p5_date_day"/>
                      <w:id w:val="100003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20"/>
                          <w:szCs w:val="20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" o:spid="_x0000_s1104" type="#_x0000_t202" style="position:absolute;margin-left:369.00pt;margin-top:135.00pt;width:148.00pt;height:22.00pt;z-index:25165926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校名" title="学校名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学校名"/>
                      <w:tag w:val="p5_school"/>
                      <w:id w:val="10000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1"/>
                          <w:szCs w:val="21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" o:spid="_x0000_s1105" type="#_x0000_t202" style="position:absolute;margin-left:369.00pt;margin-top:155.00pt;width:148.00pt;height:22.00pt;z-index:25165926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学校長名" title="学校長名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学校長名"/>
                      <w:tag w:val="p5_principal"/>
                      <w:id w:val="100005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1"/>
                          <w:szCs w:val="21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" o:spid="_x0000_s1106" type="#_x0000_t202" style="position:absolute;margin-left:369.00pt;margin-top:175.00pt;width:148.00pt;height:22.00pt;z-index:25165927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記載責任者名" title="記載責任者名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記載責任者名"/>
                      <w:tag w:val="p5_responsible"/>
                      <w:id w:val="100006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1"/>
                          <w:szCs w:val="21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7" o:spid="_x0000_s1107" type="#_x0000_t202" style="position:absolute;margin-left:148.00pt;margin-top:237.00pt;width:164.50pt;height:18.50pt;z-index:251659271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願者フリガナ" title="志願者フリガナ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志願者フリガナ"/>
                      <w:tag w:val="p5_furigana"/>
                      <w:id w:val="100007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9"/>
                          <w:szCs w:val="19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8" o:spid="_x0000_s1108" type="#_x0000_t202" style="position:absolute;margin-left:148.00pt;margin-top:259.00pt;width:164.50pt;height:28.00pt;z-index:251659272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願者名" title="志願者名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志願者名"/>
                      <w:tag w:val="p5_name"/>
                      <w:id w:val="100008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3"/>
                          <w:szCs w:val="23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9" o:spid="_x0000_s1109" type="#_x0000_t202" style="position:absolute;margin-left:319.00pt;margin-top:259.00pt;width:62.00pt;height:28.00pt;z-index:251659273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生年月日 年" title="生年月日 年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生年月日 年"/>
                      <w:tag w:val="p5_birth_year"/>
                      <w:id w:val="100009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21"/>
                          <w:szCs w:val="21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0" o:spid="_x0000_s1110" type="#_x0000_t202" style="position:absolute;margin-left:394.00pt;margin-top:259.00pt;width:47.00pt;height:28.00pt;z-index:251659274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生年月日 月" title="生年月日 月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生年月日 月"/>
                      <w:tag w:val="p5_birth_month"/>
                      <w:id w:val="100010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21"/>
                          <w:szCs w:val="21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11" o:spid="_x0000_s1111" type="#_x0000_t202" style="position:absolute;margin-left:454.00pt;margin-top:259.00pt;width:45.00pt;height:28.00pt;z-index:25165927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生年月日 日" title="生年月日 日">
            <v:fill opacity="0"/>
            <v:textbox inset="0pt,0pt,0pt,0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生年月日 日"/>
                      <w:tag w:val="p5_birth_day"/>
                      <w:id w:val="100011"/>
                      <w:text/>
                    </w:sdtPr>
                    <w:sdtContent>
                      <w:r>
                        <w:rPr>
                          <w:rFonts w:ascii="Yu Mincho" w:hAnsi="Yu Mincho" w:eastAsia="Yu Mincho"/>
                          <w:sz w:val="21"/>
                          <w:szCs w:val="21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Checkbox12" o:spid="_x0000_s2212" type="#_x0000_t202" style="position:absolute;margin-left:222.10pt;margin-top:416.20pt;width:10.50pt;height:17.00pt;z-index:25166927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ボランティア活動 10回以上・団体所属・継続" title="ボランティア活動 10回以上・団体所属・継続">
            <v:fill opacity="0"/>
            <v:textbox inset="0pt,0pt,0pt,0pt" style="mso-fit-shape-to-text:false">
              <w:txbxContent>
                <w:p>
                  <w:pPr>
                    <w:spacing w:before="0" w:after="0"/>
                    <w:jc w:val="center"/>
                  </w:pPr>
                  <w:sdt>
                    <w:sdtPr>
                      <w:alias w:val="ボランティア活動 10回以上・団体所属・継続"/>
                      <w:tag w:val="p5_cb_1"/>
                      <w:id w:val="300012"/>
                      <w14:checkbox>
                        <w14:checked w14:val="0"/>
                        <w14:checkedState w14:val="2713" w14:font="MS Gothic"/>
                        <w14:uncheckedState w14:val="0020" w14:font="MS Gothic"/>
                      </w14:checkbox>
                    </w:sdtPr>
                    <w:sdtContent>
                      <w:r>
                        <w:rPr>
                          <w:rFonts w:ascii="MS Gothic" w:hAnsi="MS Gothic" w:eastAsia="MS Gothic"/>
                          <w:sz w:val="22"/>
                          <w:szCs w:val="22"/>
                        </w:rPr>
                        <w:t xml:space="preserve"> 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Checkbox13" o:spid="_x0000_s2213" type="#_x0000_t202" style="position:absolute;margin-left:222.10pt;margin-top:486.20pt;width:10.50pt;height:17.00pt;z-index:25166927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ボランティア活動 10回以上" title="ボランティア活動 10回以上">
            <v:fill opacity="0"/>
            <v:textbox inset="0pt,0pt,0pt,0pt" style="mso-fit-shape-to-text:false">
              <w:txbxContent>
                <w:p>
                  <w:pPr>
                    <w:spacing w:before="0" w:after="0"/>
                    <w:jc w:val="center"/>
                  </w:pPr>
                  <w:sdt>
                    <w:sdtPr>
                      <w:alias w:val="ボランティア活動 10回以上"/>
                      <w:tag w:val="p5_cb_2"/>
                      <w:id w:val="300013"/>
                      <w14:checkbox>
                        <w14:checked w14:val="0"/>
                        <w14:checkedState w14:val="2713" w14:font="MS Gothic"/>
                        <w14:uncheckedState w14:val="0020" w14:font="MS Gothic"/>
                      </w14:checkbox>
                    </w:sdtPr>
                    <w:sdtContent>
                      <w:r>
                        <w:rPr>
                          <w:rFonts w:ascii="MS Gothic" w:hAnsi="MS Gothic" w:eastAsia="MS Gothic"/>
                          <w:sz w:val="22"/>
                          <w:szCs w:val="22"/>
                        </w:rPr>
                        <w:t xml:space="preserve"> 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Checkbox14" o:spid="_x0000_s2214" type="#_x0000_t202" style="position:absolute;margin-left:222.10pt;margin-top:532.50pt;width:10.50pt;height:17.00pt;z-index:25166927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ボランティア活動 1回以上" title="ボランティア活動 1回以上">
            <v:fill opacity="0"/>
            <v:textbox inset="0pt,0pt,0pt,0pt" style="mso-fit-shape-to-text:false">
              <w:txbxContent>
                <w:p>
                  <w:pPr>
                    <w:spacing w:before="0" w:after="0"/>
                    <w:jc w:val="center"/>
                  </w:pPr>
                  <w:sdt>
                    <w:sdtPr>
                      <w:alias w:val="ボランティア活動 1回以上"/>
                      <w:tag w:val="p5_cb_3"/>
                      <w:id w:val="300014"/>
                      <w14:checkbox>
                        <w14:checked w14:val="0"/>
                        <w14:checkedState w14:val="2713" w14:font="MS Gothic"/>
                        <w14:uncheckedState w14:val="0020" w14:font="MS Gothic"/>
                      </w14:checkbox>
                    </w:sdtPr>
                    <w:sdtContent>
                      <w:r>
                        <w:rPr>
                          <w:rFonts w:ascii="MS Gothic" w:hAnsi="MS Gothic" w:eastAsia="MS Gothic"/>
                          <w:sz w:val="22"/>
                          <w:szCs w:val="22"/>
                        </w:rPr>
                        <w:t xml:space="preserve"> 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Checkbox15" o:spid="_x0000_s2215" type="#_x0000_t202" style="position:absolute;margin-left:222.10pt;margin-top:573.50pt;width:10.50pt;height:17.00pt;z-index:25166927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スポーツ・文化活動 主将・主務" title="スポーツ・文化活動 主将・主務">
            <v:fill opacity="0"/>
            <v:textbox inset="0pt,0pt,0pt,0pt" style="mso-fit-shape-to-text:false">
              <w:txbxContent>
                <w:p>
                  <w:pPr>
                    <w:spacing w:before="0" w:after="0"/>
                    <w:jc w:val="center"/>
                  </w:pPr>
                  <w:sdt>
                    <w:sdtPr>
                      <w:alias w:val="スポーツ・文化活動 主将・主務"/>
                      <w:tag w:val="p5_cb_4"/>
                      <w:id w:val="300015"/>
                      <w14:checkbox>
                        <w14:checked w14:val="0"/>
                        <w14:checkedState w14:val="2713" w14:font="MS Gothic"/>
                        <w14:uncheckedState w14:val="0020" w14:font="MS Gothic"/>
                      </w14:checkbox>
                    </w:sdtPr>
                    <w:sdtContent>
                      <w:r>
                        <w:rPr>
                          <w:rFonts w:ascii="MS Gothic" w:hAnsi="MS Gothic" w:eastAsia="MS Gothic"/>
                          <w:sz w:val="22"/>
                          <w:szCs w:val="22"/>
                        </w:rPr>
                        <w:t xml:space="preserve"> 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Checkbox16" o:spid="_x0000_s2216" type="#_x0000_t202" style="position:absolute;margin-left:222.10pt;margin-top:592.70pt;width:10.50pt;height:17.00pt;z-index:25166928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生徒会長・副会長" title="生徒会長・副会長">
            <v:fill opacity="0"/>
            <v:textbox inset="0pt,0pt,0pt,0pt" style="mso-fit-shape-to-text:false">
              <w:txbxContent>
                <w:p>
                  <w:pPr>
                    <w:spacing w:before="0" w:after="0"/>
                    <w:jc w:val="center"/>
                  </w:pPr>
                  <w:sdt>
                    <w:sdtPr>
                      <w:alias w:val="生徒会長・副会長"/>
                      <w:tag w:val="p5_cb_5"/>
                      <w:id w:val="300016"/>
                      <w14:checkbox>
                        <w14:checked w14:val="0"/>
                        <w14:checkedState w14:val="2713" w14:font="MS Gothic"/>
                        <w14:uncheckedState w14:val="0020" w14:font="MS Gothic"/>
                      </w14:checkbox>
                    </w:sdtPr>
                    <w:sdtContent>
                      <w:r>
                        <w:rPr>
                          <w:rFonts w:ascii="MS Gothic" w:hAnsi="MS Gothic" w:eastAsia="MS Gothic"/>
                          <w:sz w:val="22"/>
                          <w:szCs w:val="22"/>
                        </w:rPr>
                        <w:t xml:space="preserve"> 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Checkbox17" o:spid="_x0000_s2217" type="#_x0000_t202" style="position:absolute;margin-left:222.10pt;margin-top:611.80pt;width:10.50pt;height:17.00pt;z-index:251669281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生徒会 書記・会計" title="生徒会 書記・会計">
            <v:fill opacity="0"/>
            <v:textbox inset="0pt,0pt,0pt,0pt" style="mso-fit-shape-to-text:false">
              <w:txbxContent>
                <w:p>
                  <w:pPr>
                    <w:spacing w:before="0" w:after="0"/>
                    <w:jc w:val="center"/>
                  </w:pPr>
                  <w:sdt>
                    <w:sdtPr>
                      <w:alias w:val="生徒会 書記・会計"/>
                      <w:tag w:val="p5_cb_6"/>
                      <w:id w:val="300017"/>
                      <w14:checkbox>
                        <w14:checked w14:val="0"/>
                        <w14:checkedState w14:val="2713" w14:font="MS Gothic"/>
                        <w14:uncheckedState w14:val="0020" w14:font="MS Gothic"/>
                      </w14:checkbox>
                    </w:sdtPr>
                    <w:sdtContent>
                      <w:r>
                        <w:rPr>
                          <w:rFonts w:ascii="MS Gothic" w:hAnsi="MS Gothic" w:eastAsia="MS Gothic"/>
                          <w:sz w:val="22"/>
                          <w:szCs w:val="22"/>
                        </w:rPr>
                        <w:t xml:space="preserve"> 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Checkbox18" o:spid="_x0000_s2218" type="#_x0000_t202" style="position:absolute;margin-left:222.10pt;margin-top:630.90pt;width:10.50pt;height:17.00pt;z-index:251669282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各委員会・クラス委員長" title="各委員会・クラス委員長">
            <v:fill opacity="0"/>
            <v:textbox inset="0pt,0pt,0pt,0pt" style="mso-fit-shape-to-text:false">
              <w:txbxContent>
                <w:p>
                  <w:pPr>
                    <w:spacing w:before="0" w:after="0"/>
                    <w:jc w:val="center"/>
                  </w:pPr>
                  <w:sdt>
                    <w:sdtPr>
                      <w:alias w:val="各委員会・クラス委員長"/>
                      <w:tag w:val="p5_cb_7"/>
                      <w:id w:val="300018"/>
                      <w14:checkbox>
                        <w14:checked w14:val="0"/>
                        <w14:checkedState w14:val="2713" w14:font="MS Gothic"/>
                        <w14:uncheckedState w14:val="0020" w14:font="MS Gothic"/>
                      </w14:checkbox>
                    </w:sdtPr>
                    <w:sdtContent>
                      <w:r>
                        <w:rPr>
                          <w:rFonts w:ascii="MS Gothic" w:hAnsi="MS Gothic" w:eastAsia="MS Gothic"/>
                          <w:sz w:val="22"/>
                          <w:szCs w:val="22"/>
                        </w:rPr>
                        <w:t xml:space="preserve"> 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Checkbox19" o:spid="_x0000_s2219" type="#_x0000_t202" style="position:absolute;margin-left:222.10pt;margin-top:650.00pt;width:10.50pt;height:17.00pt;z-index:251669283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各委員会所属" title="各委員会所属">
            <v:fill opacity="0"/>
            <v:textbox inset="0pt,0pt,0pt,0pt" style="mso-fit-shape-to-text:false">
              <w:txbxContent>
                <w:p>
                  <w:pPr>
                    <w:spacing w:before="0" w:after="0"/>
                    <w:jc w:val="center"/>
                  </w:pPr>
                  <w:sdt>
                    <w:sdtPr>
                      <w:alias w:val="各委員会所属"/>
                      <w:tag w:val="p5_cb_8"/>
                      <w:id w:val="300019"/>
                      <w14:checkbox>
                        <w14:checked w14:val="0"/>
                        <w14:checkedState w14:val="2713" w14:font="MS Gothic"/>
                        <w14:uncheckedState w14:val="0020" w14:font="MS Gothic"/>
                      </w14:checkbox>
                    </w:sdtPr>
                    <w:sdtContent>
                      <w:r>
                        <w:rPr>
                          <w:rFonts w:ascii="MS Gothic" w:hAnsi="MS Gothic" w:eastAsia="MS Gothic"/>
                          <w:sz w:val="22"/>
                          <w:szCs w:val="22"/>
                        </w:rPr>
                        <w:t xml:space="preserve"> </w:t>
                      </w:r>
                    </w:sdtContent>
                  </w:sdt>
                </w:p>
              </w:txbxContent>
            </v:textbox>
            <w10:wrap type="none"/>
          </v:shape>
        </w:pict>
      </w:r>
    </w:p>
    <w:sectPr w:rsidR="00FC693F" w:rsidRPr="0006063C" w:rsidSect="00034616">
      <w:headerReference w:type="default" r:id="rId9"/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0" w:lineRule="exact"/>
    </w:pP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5" cy="10692003"/>
          <wp:effectExtent l="0" t="0" r="0" b="0"/>
          <wp:wrapNone/>
          <wp:docPr id="1" name="Original PDF page backgroun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age-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5" cy="10692003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05_課外活動証明書_様式5_入力可能 - Word入力対応</dc:title>
  <dc:subject>PDF様式を背景にし、記入欄をWordの入力欄として配置したテンプレート</dc:subject>
  <dc:creator>python-docx</dc:creator>
  <cp:keywords/>
  <dc:description>Blank areas are editable text content controls. Checkboxes are clickable content controls.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